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775B1" w14:textId="77777777" w:rsidR="002126FE" w:rsidRDefault="002126FE">
      <w:pPr>
        <w:pStyle w:val="Title"/>
      </w:pPr>
      <w:r>
        <w:t>Douglas College 29</w:t>
      </w:r>
      <w:r w:rsidRPr="002126FE">
        <w:rPr>
          <w:vertAlign w:val="superscript"/>
        </w:rPr>
        <w:t>th</w:t>
      </w:r>
      <w:r>
        <w:t xml:space="preserve"> Annual Breastfeeding Education Day </w:t>
      </w:r>
    </w:p>
    <w:p w14:paraId="2AF7B285" w14:textId="5A280CFF" w:rsidR="007013F7" w:rsidRDefault="00000000">
      <w:pPr>
        <w:pStyle w:val="Title"/>
      </w:pPr>
      <w:r>
        <w:t>Call for Speaker Proposals</w:t>
      </w:r>
    </w:p>
    <w:p w14:paraId="7B8855FB" w14:textId="0AEA0E43" w:rsidR="007013F7" w:rsidRPr="002126FE" w:rsidRDefault="00000000">
      <w:pPr>
        <w:rPr>
          <w:b/>
          <w:bCs/>
          <w:color w:val="1F497D" w:themeColor="text2"/>
        </w:rPr>
      </w:pPr>
      <w:r w:rsidRPr="002126FE">
        <w:rPr>
          <w:b/>
          <w:bCs/>
          <w:color w:val="1F497D" w:themeColor="text2"/>
        </w:rPr>
        <w:t xml:space="preserve">Theme: </w:t>
      </w:r>
      <w:r w:rsidR="002126FE" w:rsidRPr="002126FE">
        <w:rPr>
          <w:b/>
          <w:bCs/>
          <w:color w:val="1F497D" w:themeColor="text2"/>
        </w:rPr>
        <w:t>Nurtured Together: Cultivating Community for Breastfeeding Success</w:t>
      </w:r>
    </w:p>
    <w:p w14:paraId="38576AD5" w14:textId="35B6DB2D" w:rsidR="007013F7" w:rsidRDefault="002126F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4656" behindDoc="0" locked="0" layoutInCell="1" allowOverlap="1" wp14:anchorId="2D32F9BC" wp14:editId="4415C3A7">
                <wp:simplePos x="0" y="0"/>
                <wp:positionH relativeFrom="margin">
                  <wp:align>left</wp:align>
                </wp:positionH>
                <wp:positionV relativeFrom="paragraph">
                  <wp:posOffset>266065</wp:posOffset>
                </wp:positionV>
                <wp:extent cx="6096000" cy="3238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B691AC" w14:textId="0E96A669" w:rsidR="002126FE" w:rsidRDefault="002126F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32F9B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0.95pt;width:480pt;height:25.5pt;z-index:2516546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">
                <v:textbox>
                  <w:txbxContent>
                    <w:p w14:paraId="60B691AC" w14:textId="0E96A669" w:rsidR="002126FE" w:rsidRDefault="002126FE"/>
                  </w:txbxContent>
                </v:textbox>
                <w10:wrap type="square" anchorx="margin"/>
              </v:shape>
            </w:pict>
          </mc:Fallback>
        </mc:AlternateContent>
      </w:r>
      <w:r w:rsidR="00000000">
        <w:rPr>
          <w:b/>
        </w:rPr>
        <w:t>Speaker Name(s) &amp; Credentials:</w:t>
      </w:r>
    </w:p>
    <w:p w14:paraId="63BA1079" w14:textId="430312E2" w:rsidR="002126FE" w:rsidRDefault="002126FE">
      <w:pPr>
        <w:rPr>
          <w:b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 wp14:anchorId="1BEA5499" wp14:editId="69C66B46">
                <wp:simplePos x="0" y="0"/>
                <wp:positionH relativeFrom="margin">
                  <wp:align>left</wp:align>
                </wp:positionH>
                <wp:positionV relativeFrom="paragraph">
                  <wp:posOffset>617220</wp:posOffset>
                </wp:positionV>
                <wp:extent cx="6083300" cy="387350"/>
                <wp:effectExtent l="0" t="0" r="12700" b="12700"/>
                <wp:wrapSquare wrapText="bothSides"/>
                <wp:docPr id="3849025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3300" cy="387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B126DD" w14:textId="262A0D6A" w:rsidR="002126FE" w:rsidRDefault="002126F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EA5499" id="_x0000_s1027" type="#_x0000_t202" style="position:absolute;margin-left:0;margin-top:48.6pt;width:479pt;height:30.5pt;z-index:25165568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">
                <v:textbox>
                  <w:txbxContent>
                    <w:p w14:paraId="79B126DD" w14:textId="262A0D6A" w:rsidR="002126FE" w:rsidRDefault="002126FE"/>
                  </w:txbxContent>
                </v:textbox>
                <w10:wrap type="square" anchorx="margin"/>
              </v:shape>
            </w:pict>
          </mc:Fallback>
        </mc:AlternateContent>
      </w:r>
      <w:r w:rsidR="00000000">
        <w:rPr>
          <w:b/>
        </w:rPr>
        <w:t>Contact Information:</w:t>
      </w:r>
    </w:p>
    <w:p w14:paraId="5E195FB1" w14:textId="704154FC" w:rsidR="007013F7" w:rsidRDefault="005B1011">
      <w:pPr>
        <w:rPr>
          <w:b/>
        </w:rPr>
      </w:pPr>
      <w:r w:rsidRPr="002126FE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0C54211F" wp14:editId="7213B1C6">
                <wp:simplePos x="0" y="0"/>
                <wp:positionH relativeFrom="margin">
                  <wp:align>left</wp:align>
                </wp:positionH>
                <wp:positionV relativeFrom="paragraph">
                  <wp:posOffset>661035</wp:posOffset>
                </wp:positionV>
                <wp:extent cx="6076950" cy="361950"/>
                <wp:effectExtent l="0" t="0" r="19050" b="19050"/>
                <wp:wrapSquare wrapText="bothSides"/>
                <wp:docPr id="17659119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69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36EE3B" w14:textId="21583B57" w:rsidR="002126FE" w:rsidRDefault="002126F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54211F" id="_x0000_s1028" type="#_x0000_t202" style="position:absolute;margin-left:0;margin-top:52.05pt;width:478.5pt;height:28.5pt;z-index:2516567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">
                <v:textbox>
                  <w:txbxContent>
                    <w:p w14:paraId="3736EE3B" w14:textId="21583B57" w:rsidR="002126FE" w:rsidRDefault="002126FE"/>
                  </w:txbxContent>
                </v:textbox>
                <w10:wrap type="square" anchorx="margin"/>
              </v:shape>
            </w:pict>
          </mc:Fallback>
        </mc:AlternateContent>
      </w:r>
      <w:r w:rsidR="00000000">
        <w:rPr>
          <w:b/>
        </w:rPr>
        <w:t>Proposed Session Title:</w:t>
      </w:r>
    </w:p>
    <w:p w14:paraId="5368D74E" w14:textId="1566359F" w:rsidR="007013F7" w:rsidRDefault="005B1011">
      <w:pPr>
        <w:rPr>
          <w:b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0EC4F648" wp14:editId="62A93A1C">
                <wp:simplePos x="0" y="0"/>
                <wp:positionH relativeFrom="margin">
                  <wp:align>left</wp:align>
                </wp:positionH>
                <wp:positionV relativeFrom="paragraph">
                  <wp:posOffset>600075</wp:posOffset>
                </wp:positionV>
                <wp:extent cx="6083300" cy="387350"/>
                <wp:effectExtent l="0" t="0" r="12700" b="12700"/>
                <wp:wrapSquare wrapText="bothSides"/>
                <wp:docPr id="774134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3300" cy="387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513EA5" w14:textId="77777777" w:rsidR="005B1011" w:rsidRDefault="005B1011" w:rsidP="005B101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C4F648" id="_x0000_s1029" type="#_x0000_t202" style="position:absolute;margin-left:0;margin-top:47.25pt;width:479pt;height:30.5pt;z-index:2516638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">
                <v:textbox>
                  <w:txbxContent>
                    <w:p w14:paraId="6B513EA5" w14:textId="77777777" w:rsidR="005B1011" w:rsidRDefault="005B1011" w:rsidP="005B1011"/>
                  </w:txbxContent>
                </v:textbox>
                <w10:wrap type="square" anchorx="margin"/>
              </v:shape>
            </w:pict>
          </mc:Fallback>
        </mc:AlternateContent>
      </w:r>
      <w:r w:rsidR="00000000">
        <w:rPr>
          <w:b/>
        </w:rPr>
        <w:t>Presentation Format (In-person / Pre-recorded Digital):</w:t>
      </w:r>
    </w:p>
    <w:p w14:paraId="0C45023D" w14:textId="52042CB6" w:rsidR="002126FE" w:rsidRPr="002126FE" w:rsidRDefault="005B1011">
      <w:pPr>
        <w:rPr>
          <w:b/>
        </w:rPr>
      </w:pPr>
      <w:r w:rsidRPr="002126FE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772AC5B7" wp14:editId="35D8B202">
                <wp:simplePos x="0" y="0"/>
                <wp:positionH relativeFrom="margin">
                  <wp:align>left</wp:align>
                </wp:positionH>
                <wp:positionV relativeFrom="paragraph">
                  <wp:posOffset>629285</wp:posOffset>
                </wp:positionV>
                <wp:extent cx="6102350" cy="870585"/>
                <wp:effectExtent l="0" t="0" r="12700" b="24765"/>
                <wp:wrapSquare wrapText="bothSides"/>
                <wp:docPr id="18226263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2350" cy="870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73954F" w14:textId="533CB9F0" w:rsidR="002126FE" w:rsidRDefault="002126F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2AC5B7" id="_x0000_s1030" type="#_x0000_t202" style="position:absolute;margin-left:0;margin-top:49.55pt;width:480.5pt;height:68.55pt;z-index:2516587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">
                <v:textbox>
                  <w:txbxContent>
                    <w:p w14:paraId="4E73954F" w14:textId="533CB9F0" w:rsidR="002126FE" w:rsidRDefault="002126FE"/>
                  </w:txbxContent>
                </v:textbox>
                <w10:wrap type="square" anchorx="margin"/>
              </v:shape>
            </w:pict>
          </mc:Fallback>
        </mc:AlternateContent>
      </w:r>
      <w:r w:rsidR="00000000">
        <w:rPr>
          <w:b/>
        </w:rPr>
        <w:t>Session Abstract</w:t>
      </w:r>
      <w:r>
        <w:rPr>
          <w:b/>
        </w:rPr>
        <w:t xml:space="preserve"> (brief summary of your topic)</w:t>
      </w:r>
      <w:r w:rsidR="00000000">
        <w:rPr>
          <w:b/>
        </w:rPr>
        <w:t xml:space="preserve"> &amp; Learning Objectives</w:t>
      </w:r>
      <w:r>
        <w:rPr>
          <w:b/>
        </w:rPr>
        <w:t xml:space="preserve"> (2-3)</w:t>
      </w:r>
      <w:r w:rsidR="00000000">
        <w:rPr>
          <w:b/>
        </w:rPr>
        <w:t>:</w:t>
      </w:r>
    </w:p>
    <w:p w14:paraId="20BB94D1" w14:textId="7C6C0F08" w:rsidR="007013F7" w:rsidRDefault="00000000">
      <w:r>
        <w:rPr>
          <w:b/>
        </w:rPr>
        <w:t>Financial &amp; Honorarium Expectations:</w:t>
      </w:r>
    </w:p>
    <w:p w14:paraId="560847E2" w14:textId="34D92C19" w:rsidR="002126FE" w:rsidRDefault="002126FE">
      <w:r>
        <w:t>_____________________________________________________</w:t>
      </w:r>
    </w:p>
    <w:p w14:paraId="698C67CD" w14:textId="0A7D9D04" w:rsidR="002126FE" w:rsidRDefault="005B1011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2A7415EE" wp14:editId="63CF2C89">
                <wp:simplePos x="0" y="0"/>
                <wp:positionH relativeFrom="column">
                  <wp:posOffset>-6350</wp:posOffset>
                </wp:positionH>
                <wp:positionV relativeFrom="paragraph">
                  <wp:posOffset>216535</wp:posOffset>
                </wp:positionV>
                <wp:extent cx="6108700" cy="1638300"/>
                <wp:effectExtent l="0" t="0" r="25400" b="19050"/>
                <wp:wrapSquare wrapText="bothSides"/>
                <wp:docPr id="4116860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8700" cy="163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FEAF7B" w14:textId="724053F3" w:rsidR="002126FE" w:rsidRDefault="002126F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7415EE" id="_x0000_s1031" type="#_x0000_t202" style="position:absolute;margin-left:-.5pt;margin-top:17.05pt;width:481pt;height:129pt;z-index:251661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">
                <v:textbox>
                  <w:txbxContent>
                    <w:p w14:paraId="23FEAF7B" w14:textId="724053F3" w:rsidR="002126FE" w:rsidRDefault="002126FE"/>
                  </w:txbxContent>
                </v:textbox>
                <w10:wrap type="square"/>
              </v:shape>
            </w:pict>
          </mc:Fallback>
        </mc:AlternateContent>
      </w:r>
      <w:r w:rsidR="002126FE">
        <w:rPr>
          <w:b/>
          <w:bCs/>
        </w:rPr>
        <w:t xml:space="preserve">Speaker Biography: </w:t>
      </w:r>
      <w:r w:rsidR="002126FE" w:rsidRPr="002126FE">
        <w:t>(max 150 words)</w:t>
      </w:r>
      <w:r w:rsidR="002126FE">
        <w:t>:</w:t>
      </w:r>
    </w:p>
    <w:p w14:paraId="2C9D2770" w14:textId="36B206AE" w:rsidR="002126FE" w:rsidRDefault="002126FE"/>
    <w:p w14:paraId="798E61DC" w14:textId="77777777" w:rsidR="002126FE" w:rsidRPr="002126FE" w:rsidRDefault="002126FE">
      <w:pPr>
        <w:rPr>
          <w:b/>
          <w:bCs/>
        </w:rPr>
      </w:pPr>
    </w:p>
    <w:sectPr w:rsidR="002126FE" w:rsidRPr="002126F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82064491">
    <w:abstractNumId w:val="8"/>
  </w:num>
  <w:num w:numId="2" w16cid:durableId="691036831">
    <w:abstractNumId w:val="6"/>
  </w:num>
  <w:num w:numId="3" w16cid:durableId="227812667">
    <w:abstractNumId w:val="5"/>
  </w:num>
  <w:num w:numId="4" w16cid:durableId="1874226349">
    <w:abstractNumId w:val="4"/>
  </w:num>
  <w:num w:numId="5" w16cid:durableId="1150367595">
    <w:abstractNumId w:val="7"/>
  </w:num>
  <w:num w:numId="6" w16cid:durableId="1239166896">
    <w:abstractNumId w:val="3"/>
  </w:num>
  <w:num w:numId="7" w16cid:durableId="37514898">
    <w:abstractNumId w:val="2"/>
  </w:num>
  <w:num w:numId="8" w16cid:durableId="1700886276">
    <w:abstractNumId w:val="1"/>
  </w:num>
  <w:num w:numId="9" w16cid:durableId="1923173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126FE"/>
    <w:rsid w:val="0029639D"/>
    <w:rsid w:val="00326F90"/>
    <w:rsid w:val="00597807"/>
    <w:rsid w:val="005B1011"/>
    <w:rsid w:val="005C1B04"/>
    <w:rsid w:val="007013F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589559"/>
  <w14:defaultImageDpi w14:val="300"/>
  <w15:docId w15:val="{D3CD2E4A-39ED-4C81-AE4F-76F69C2ED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Sexauer, Christine</cp:lastModifiedBy>
  <cp:revision>3</cp:revision>
  <dcterms:created xsi:type="dcterms:W3CDTF">2026-09-16T19:28:00Z</dcterms:created>
  <dcterms:modified xsi:type="dcterms:W3CDTF">2026-09-16T19:31:00Z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a986bd6-b8c5-46ac-81e7-50082f2b7962_Enabled">
    <vt:lpwstr>true</vt:lpwstr>
  </property>
  <property fmtid="{D5CDD505-2E9C-101B-9397-08002B2CF9AE}" pid="3" name="MSIP_Label_9a986bd6-b8c5-46ac-81e7-50082f2b7962_SetDate">
    <vt:lpwstr>2026-09-16T19:28:13Z</vt:lpwstr>
  </property>
  <property fmtid="{D5CDD505-2E9C-101B-9397-08002B2CF9AE}" pid="4" name="MSIP_Label_9a986bd6-b8c5-46ac-81e7-50082f2b7962_Method">
    <vt:lpwstr>Standard</vt:lpwstr>
  </property>
  <property fmtid="{D5CDD505-2E9C-101B-9397-08002B2CF9AE}" pid="5" name="MSIP_Label_9a986bd6-b8c5-46ac-81e7-50082f2b7962_Name">
    <vt:lpwstr>Not Assigned</vt:lpwstr>
  </property>
  <property fmtid="{D5CDD505-2E9C-101B-9397-08002B2CF9AE}" pid="6" name="MSIP_Label_9a986bd6-b8c5-46ac-81e7-50082f2b7962_SiteId">
    <vt:lpwstr>3af48838-cd53-4507-9e7f-fc6dac355e33</vt:lpwstr>
  </property>
  <property fmtid="{D5CDD505-2E9C-101B-9397-08002B2CF9AE}" pid="7" name="MSIP_Label_9a986bd6-b8c5-46ac-81e7-50082f2b7962_ActionId">
    <vt:lpwstr>1d615a08-93ce-446a-a8ab-bd02dfb52d68</vt:lpwstr>
  </property>
  <property fmtid="{D5CDD505-2E9C-101B-9397-08002B2CF9AE}" pid="8" name="MSIP_Label_9a986bd6-b8c5-46ac-81e7-50082f2b7962_ContentBits">
    <vt:lpwstr>0</vt:lpwstr>
  </property>
  <property fmtid="{D5CDD505-2E9C-101B-9397-08002B2CF9AE}" pid="9" name="MSIP_Label_9a986bd6-b8c5-46ac-81e7-50082f2b7962_Tag">
    <vt:lpwstr>10, 3, 0, 1</vt:lpwstr>
  </property>
</Properties>
</file>